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Subtitle"/>
      </w:pPr>
      <w:r>
        <w:rPr>
          <w:rFonts w:ascii="Aptos" w:hAnsi="Aptos"/>
          <w:b/>
          <w:color w:val="005F5B"/>
          <w:sz w:val="22"/>
        </w:rPr>
        <w:t>LIGHTHOUSE BOOKS</w:t>
      </w:r>
    </w:p>
    <w:p>
      <w:pPr>
        <w:pStyle w:val="Title"/>
        <w:spacing w:after="260"/>
      </w:pPr>
      <w:r>
        <w:t>Authored Academic Book Proposal</w:t>
      </w:r>
    </w:p>
    <w:p>
      <w:pPr>
        <w:spacing w:after="240"/>
      </w:pPr>
      <w:r>
        <w:t>Complete the relevant sections and attach your supporting materials. Submit the finished proposal through lighthousebooks.org/submit-manuscript or email info@lighthousebooks.org. The editorial office may request additional information during assessment.</w:t>
      </w:r>
    </w:p>
    <w:p>
      <w:pPr>
        <w:pStyle w:val="Heading1"/>
      </w:pPr>
      <w:r>
        <w:t>1  Proposed Book Title</w:t>
      </w:r>
    </w:p>
    <w:p>
      <w:r>
        <w:rPr>
          <w:i/>
          <w:color w:val="57686C"/>
        </w:rPr>
        <w:t>Provide a precise working title and subtitle, if applicable.</w:t>
      </w:r>
    </w:p>
    <w:p>
      <w:pPr>
        <w:spacing w:after="240"/>
      </w:pPr>
      <w:r>
        <w:rPr>
          <w:color w:val="507F81"/>
        </w:rPr>
        <w:t>[Enter response here]</w:t>
      </w:r>
    </w:p>
    <w:p>
      <w:pPr>
        <w:pStyle w:val="Heading1"/>
      </w:pPr>
      <w:r>
        <w:t>2  Submitting Author or Editor</w:t>
      </w:r>
    </w:p>
    <w:p>
      <w:r>
        <w:rPr>
          <w:i/>
          <w:color w:val="57686C"/>
        </w:rPr>
        <w:t>Full name, affiliation, country, email address, and preferred contact details.</w:t>
      </w:r>
    </w:p>
    <w:p>
      <w:pPr>
        <w:spacing w:after="240"/>
      </w:pPr>
      <w:r>
        <w:rPr>
          <w:color w:val="507F81"/>
        </w:rPr>
        <w:t>[Enter response here]</w:t>
      </w:r>
    </w:p>
    <w:p>
      <w:pPr>
        <w:pStyle w:val="Heading1"/>
      </w:pPr>
      <w:r>
        <w:t>3  Project Overview</w:t>
      </w:r>
    </w:p>
    <w:p>
      <w:r>
        <w:rPr>
          <w:i/>
          <w:color w:val="57686C"/>
        </w:rPr>
        <w:t>Summarize the book's central idea, objectives, scope, and intended reader in 200–300 words.</w:t>
      </w:r>
    </w:p>
    <w:p>
      <w:pPr>
        <w:spacing w:after="240"/>
      </w:pPr>
      <w:r>
        <w:rPr>
          <w:color w:val="507F81"/>
        </w:rPr>
        <w:t>[Enter response here]</w:t>
      </w:r>
    </w:p>
    <w:p>
      <w:pPr>
        <w:pStyle w:val="Heading1"/>
      </w:pPr>
      <w:r>
        <w:t>4  Research Contribution</w:t>
      </w:r>
    </w:p>
    <w:p>
      <w:r>
        <w:rPr>
          <w:i/>
          <w:color w:val="57686C"/>
        </w:rPr>
        <w:t>State the research problem, core argument, theoretical approach, original findings, and the evidence supporting major claims.</w:t>
      </w:r>
    </w:p>
    <w:p>
      <w:pPr>
        <w:spacing w:after="240"/>
      </w:pPr>
      <w:r>
        <w:rPr>
          <w:color w:val="507F81"/>
        </w:rPr>
        <w:t>[Enter response here]</w:t>
      </w:r>
    </w:p>
    <w:p>
      <w:pPr>
        <w:pStyle w:val="Heading1"/>
      </w:pPr>
      <w:r>
        <w:t>5  Chapter Structure</w:t>
      </w:r>
    </w:p>
    <w:p>
      <w:r>
        <w:rPr>
          <w:i/>
          <w:color w:val="57686C"/>
        </w:rPr>
        <w:t>Provide a tentative table of contents with an explanatory paragraph for each chapter.</w:t>
      </w:r>
    </w:p>
    <w:p>
      <w:pPr>
        <w:spacing w:after="240"/>
      </w:pPr>
      <w:r>
        <w:rPr>
          <w:color w:val="507F81"/>
        </w:rPr>
        <w:t>[Enter response here]</w:t>
      </w:r>
    </w:p>
    <w:p>
      <w:pPr>
        <w:pStyle w:val="Heading1"/>
      </w:pPr>
      <w:r>
        <w:t>6  Methodological and Reference Standards</w:t>
      </w:r>
    </w:p>
    <w:p>
      <w:r>
        <w:rPr>
          <w:i/>
          <w:color w:val="57686C"/>
        </w:rPr>
        <w:t>Specify methodological design, source types, references, peer review needs, and the disciplinary citation style.</w:t>
      </w:r>
    </w:p>
    <w:p>
      <w:pPr>
        <w:spacing w:after="240"/>
      </w:pPr>
      <w:r>
        <w:rPr>
          <w:color w:val="507F81"/>
        </w:rPr>
        <w:t>[Enter response here]</w:t>
      </w:r>
    </w:p>
    <w:p>
      <w:pPr>
        <w:pStyle w:val="Heading1"/>
      </w:pPr>
      <w:r>
        <w:t>7  Teaching and Scholarly Value</w:t>
      </w:r>
    </w:p>
    <w:p>
      <w:r>
        <w:rPr>
          <w:i/>
          <w:color w:val="57686C"/>
        </w:rPr>
        <w:t>Describe possible courses, academic programs, libraries, research groups or professional audiences.</w:t>
      </w:r>
    </w:p>
    <w:p>
      <w:pPr>
        <w:spacing w:after="240"/>
      </w:pPr>
      <w:r>
        <w:rPr>
          <w:color w:val="507F81"/>
        </w:rPr>
        <w:t>[Enter response here]</w:t>
      </w:r>
    </w:p>
    <w:p>
      <w:pPr>
        <w:pStyle w:val="Heading1"/>
      </w:pPr>
      <w:r>
        <w:t>8  Audience and Positioning</w:t>
      </w:r>
    </w:p>
    <w:p>
      <w:r>
        <w:rPr>
          <w:i/>
          <w:color w:val="57686C"/>
        </w:rPr>
        <w:t>Identify the primary readership, prerequisite knowledge, educational or professional applications, and distinctive value.</w:t>
      </w:r>
    </w:p>
    <w:p>
      <w:pPr>
        <w:spacing w:after="240"/>
      </w:pPr>
      <w:r>
        <w:rPr>
          <w:color w:val="507F81"/>
        </w:rPr>
        <w:t>[Enter response here]</w:t>
      </w:r>
    </w:p>
    <w:p>
      <w:pPr>
        <w:pStyle w:val="Heading1"/>
      </w:pPr>
      <w:r>
        <w:t>9  Comparable Publications</w:t>
      </w:r>
    </w:p>
    <w:p>
      <w:r>
        <w:rPr>
          <w:i/>
          <w:color w:val="57686C"/>
        </w:rPr>
        <w:t>List three to five relevant titles and explain how this proposal differs in audience, evidence, approach, or literary contribution.</w:t>
      </w:r>
    </w:p>
    <w:p>
      <w:pPr>
        <w:spacing w:after="240"/>
      </w:pPr>
      <w:r>
        <w:rPr>
          <w:color w:val="507F81"/>
        </w:rPr>
        <w:t>[Enter response here]</w:t>
      </w:r>
    </w:p>
    <w:p>
      <w:pPr>
        <w:pStyle w:val="Heading1"/>
      </w:pPr>
      <w:r>
        <w:t>10  Sample Material</w:t>
      </w:r>
    </w:p>
    <w:p>
      <w:r>
        <w:rPr>
          <w:i/>
          <w:color w:val="57686C"/>
        </w:rPr>
        <w:t>Specify the sample chapters, synopsis, or writing extract submitted for editorial consideration.</w:t>
      </w:r>
    </w:p>
    <w:p>
      <w:pPr>
        <w:spacing w:after="240"/>
      </w:pPr>
      <w:r>
        <w:rPr>
          <w:color w:val="507F81"/>
        </w:rPr>
        <w:t>[Enter response here]</w:t>
      </w:r>
    </w:p>
    <w:p>
      <w:pPr>
        <w:pStyle w:val="Heading1"/>
      </w:pPr>
      <w:r>
        <w:t>11  Rights and Permissions</w:t>
      </w:r>
    </w:p>
    <w:p>
      <w:r>
        <w:rPr>
          <w:i/>
          <w:color w:val="57686C"/>
        </w:rPr>
        <w:t>Confirm originality, ownership or licenses, third-party images, previously published materials, and any permissions that must be obtained.</w:t>
      </w:r>
    </w:p>
    <w:p>
      <w:pPr>
        <w:spacing w:after="240"/>
      </w:pPr>
      <w:r>
        <w:rPr>
          <w:color w:val="507F81"/>
        </w:rPr>
        <w:t>[Enter response here]</w:t>
      </w:r>
    </w:p>
    <w:p>
      <w:pPr>
        <w:pStyle w:val="Heading1"/>
      </w:pPr>
      <w:r>
        <w:t>12  Proposed Schedule</w:t>
      </w:r>
    </w:p>
    <w:p>
      <w:r>
        <w:rPr>
          <w:i/>
          <w:color w:val="57686C"/>
        </w:rPr>
        <w:t>Estimate manuscript length, current completion status, and the realistic delivery date.</w:t>
      </w:r>
    </w:p>
    <w:p>
      <w:pPr>
        <w:spacing w:after="240"/>
      </w:pPr>
      <w:r>
        <w:rPr>
          <w:color w:val="507F81"/>
        </w:rPr>
        <w:t>[Enter response here]</w:t>
      </w:r>
    </w:p>
    <w:p>
      <w:pPr>
        <w:pStyle w:val="Heading1"/>
      </w:pPr>
      <w:r>
        <w:t>13  Short Biography</w:t>
      </w:r>
    </w:p>
    <w:p>
      <w:r>
        <w:rPr>
          <w:i/>
          <w:color w:val="57686C"/>
        </w:rPr>
        <w:t>Include academic or professional credentials, relevant publications or writing experience, and any other directly pertinent expertise.</w:t>
      </w:r>
    </w:p>
    <w:p>
      <w:pPr>
        <w:spacing w:after="240"/>
      </w:pPr>
      <w:r>
        <w:rPr>
          <w:color w:val="507F81"/>
        </w:rPr>
        <w:t>[Enter response here]</w:t>
      </w:r>
    </w:p>
    <w:p>
      <w:pPr>
        <w:pStyle w:val="Heading1"/>
      </w:pPr>
      <w:r>
        <w:t>Submission Declaration</w:t>
      </w:r>
    </w:p>
    <w:p>
      <w:r>
        <w:t>I confirm that the information in this proposal is accurate, that I am authorized to submit the materials, and that I have disclosed any previously published content or third-party rights.</w:t>
      </w:r>
    </w:p>
    <w:p>
      <w:r>
        <w:t>Name: __________________________     Date: __________________________</w:t>
      </w:r>
    </w:p>
    <w:sectPr w:rsidR="00FC693F" w:rsidRPr="0006063C" w:rsidSect="00034616">
      <w:footerReference w:type="default" r:id="rId9"/>
      <w:pgSz w:w="12240" w:h="15840"/>
      <w:pgMar w:top="1123" w:right="1325" w:bottom="1094" w:left="1325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rPr>
        <w:color w:val="637379"/>
        <w:sz w:val="16"/>
      </w:rPr>
      <w:t>Lighthouse Books  |  International Academic Press  |  Delaware, USA  |  info@lighthousebooks.org</w:t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20"/>
    </w:pPr>
    <w:rPr>
      <w:rFonts w:ascii="Aptos" w:hAnsi="Aptos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200" w:after="100"/>
      <w:outlineLvl w:val="0"/>
    </w:pPr>
    <w:rPr>
      <w:rFonts w:asciiTheme="majorHAnsi" w:eastAsiaTheme="majorEastAsia" w:hAnsiTheme="majorHAnsi" w:cstheme="majorBidi" w:ascii="Aptos" w:hAnsi="Aptos"/>
      <w:b/>
      <w:bCs/>
      <w:color w:val="000000"/>
      <w:sz w:val="26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100"/>
      <w:outlineLvl w:val="1"/>
    </w:pPr>
    <w:rPr>
      <w:rFonts w:asciiTheme="majorHAnsi" w:eastAsiaTheme="majorEastAsia" w:hAnsiTheme="majorHAnsi" w:cstheme="majorBidi" w:ascii="Aptos" w:hAnsi="Aptos"/>
      <w:b/>
      <w:bCs/>
      <w:color w:val="000000"/>
      <w:sz w:val="22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100" w:line="240" w:lineRule="auto" w:before="200"/>
      <w:contextualSpacing/>
    </w:pPr>
    <w:rPr>
      <w:rFonts w:asciiTheme="majorHAnsi" w:eastAsiaTheme="majorEastAsia" w:hAnsiTheme="majorHAnsi" w:cstheme="majorBidi" w:ascii="Georgia" w:hAnsi="Georgia"/>
      <w:b w:val="0"/>
      <w:color w:val="000000"/>
      <w:spacing w:val="5"/>
      <w:kern w:val="28"/>
      <w:sz w:val="4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