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rPr>
          <w:rFonts w:ascii="Aptos" w:hAnsi="Aptos"/>
          <w:b/>
          <w:color w:val="005F5B"/>
          <w:sz w:val="22"/>
        </w:rPr>
        <w:t>LIGHTHOUSE BOOKS</w:t>
      </w:r>
    </w:p>
    <w:p>
      <w:pPr>
        <w:pStyle w:val="Title"/>
        <w:spacing w:after="260"/>
      </w:pPr>
      <w:r>
        <w:t>Edited Scholarly Volume Proposal</w:t>
      </w:r>
    </w:p>
    <w:p>
      <w:pPr>
        <w:spacing w:after="240"/>
      </w:pPr>
      <w:r>
        <w:t>Complete the relevant sections and attach your supporting materials. Submit the finished proposal through lighthousebooks.org/submit-manuscript or email info@lighthousebooks.org. The editorial office may request additional information during assessment.</w:t>
      </w:r>
    </w:p>
    <w:p>
      <w:pPr>
        <w:pStyle w:val="Heading1"/>
      </w:pPr>
      <w:r>
        <w:t>1  Proposed Book Title</w:t>
      </w:r>
    </w:p>
    <w:p>
      <w:r>
        <w:rPr>
          <w:i/>
          <w:color w:val="57686C"/>
        </w:rPr>
        <w:t>Provide a precise working title and subtitle, if applicable.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2  Submitting Author or Editor</w:t>
      </w:r>
    </w:p>
    <w:p>
      <w:r>
        <w:rPr>
          <w:i/>
          <w:color w:val="57686C"/>
        </w:rPr>
        <w:t>Full name, affiliation, country, email address, and preferred contact details.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3  Project Overview</w:t>
      </w:r>
    </w:p>
    <w:p>
      <w:r>
        <w:rPr>
          <w:i/>
          <w:color w:val="57686C"/>
        </w:rPr>
        <w:t>Summarize the book's central idea, objectives, scope, and intended reader in 200–300 words.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4  Editorial Rationale</w:t>
      </w:r>
    </w:p>
    <w:p>
      <w:r>
        <w:rPr>
          <w:i/>
          <w:color w:val="57686C"/>
        </w:rPr>
        <w:t>Explain why a collected volume offers stronger intellectual value than an authored monograph.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5  Proposed Contributors</w:t>
      </w:r>
    </w:p>
    <w:p>
      <w:r>
        <w:rPr>
          <w:i/>
          <w:color w:val="57686C"/>
        </w:rPr>
        <w:t>List contributors, affiliations, anticipated chapter topics, invitation status, and geographic diversity when relevant.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6  Contents and Chapter Abstracts</w:t>
      </w:r>
    </w:p>
    <w:p>
      <w:r>
        <w:rPr>
          <w:i/>
          <w:color w:val="57686C"/>
        </w:rPr>
        <w:t>Include a tentative chapter plan with 100–150-word abstracts and expected chapter lengths.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7  Editorial and Review Process</w:t>
      </w:r>
    </w:p>
    <w:p>
      <w:r>
        <w:rPr>
          <w:i/>
          <w:color w:val="57686C"/>
        </w:rPr>
        <w:t>Explain chapter selection, reviewer arrangements, revisions, originality checking, and editorial responsibility.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8  Contributor Rights and Deadlines</w:t>
      </w:r>
    </w:p>
    <w:p>
      <w:r>
        <w:rPr>
          <w:i/>
          <w:color w:val="57686C"/>
        </w:rPr>
        <w:t>Describe contributor agreement plans, delivery dates, and permissions arrangements.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9  Audience and Positioning</w:t>
      </w:r>
    </w:p>
    <w:p>
      <w:r>
        <w:rPr>
          <w:i/>
          <w:color w:val="57686C"/>
        </w:rPr>
        <w:t>Identify the primary readership, prerequisite knowledge, educational or professional applications, and distinctive value.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10  Comparable Publications</w:t>
      </w:r>
    </w:p>
    <w:p>
      <w:r>
        <w:rPr>
          <w:i/>
          <w:color w:val="57686C"/>
        </w:rPr>
        <w:t>List three to five relevant titles and explain how this proposal differs in audience, evidence, approach, or literary contribution.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11  Sample Material</w:t>
      </w:r>
    </w:p>
    <w:p>
      <w:r>
        <w:rPr>
          <w:i/>
          <w:color w:val="57686C"/>
        </w:rPr>
        <w:t>Specify the sample chapters, synopsis, or writing extract submitted for editorial consideration.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12  Rights and Permissions</w:t>
      </w:r>
    </w:p>
    <w:p>
      <w:r>
        <w:rPr>
          <w:i/>
          <w:color w:val="57686C"/>
        </w:rPr>
        <w:t>Confirm originality, ownership or licenses, third-party images, previously published materials, and any permissions that must be obtained.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13  Proposed Schedule</w:t>
      </w:r>
    </w:p>
    <w:p>
      <w:r>
        <w:rPr>
          <w:i/>
          <w:color w:val="57686C"/>
        </w:rPr>
        <w:t>Estimate manuscript length, current completion status, and the realistic delivery date.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14  Short Biography</w:t>
      </w:r>
    </w:p>
    <w:p>
      <w:r>
        <w:rPr>
          <w:i/>
          <w:color w:val="57686C"/>
        </w:rPr>
        <w:t>Include academic or professional credentials, relevant publications or writing experience, and any other directly pertinent expertise.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Submission Declaration</w:t>
      </w:r>
    </w:p>
    <w:p>
      <w:r>
        <w:t>I confirm that the information in this proposal is accurate, that I am authorized to submit the materials, and that I have disclosed any previously published content or third-party rights.</w:t>
      </w:r>
    </w:p>
    <w:p>
      <w:r>
        <w:t>Name: __________________________     Date: __________________________</w:t>
      </w:r>
    </w:p>
    <w:sectPr w:rsidR="00FC693F" w:rsidRPr="0006063C" w:rsidSect="00034616">
      <w:footerReference w:type="default" r:id="rId9"/>
      <w:pgSz w:w="12240" w:h="15840"/>
      <w:pgMar w:top="1123" w:right="1325" w:bottom="1094" w:left="13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637379"/>
        <w:sz w:val="16"/>
      </w:rPr>
      <w:t>Lighthouse Books  |  International Academic Press  |  Delaware, USA  |  info@lighthousebooks.org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/>
    </w:pPr>
    <w:rPr>
      <w:rFonts w:ascii="Aptos" w:hAnsi="Apto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 w:ascii="Aptos" w:hAnsi="Aptos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 w:ascii="Aptos" w:hAnsi="Aptos"/>
      <w:b/>
      <w:bCs/>
      <w:color w:val="00000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200"/>
      <w:contextualSpacing/>
    </w:pPr>
    <w:rPr>
      <w:rFonts w:asciiTheme="majorHAnsi" w:eastAsiaTheme="majorEastAsia" w:hAnsiTheme="majorHAnsi" w:cstheme="majorBidi" w:ascii="Georgia" w:hAnsi="Georgia"/>
      <w:b w:val="0"/>
      <w:color w:val="000000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